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כדורי שוקולד בלי אפייה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טקסט מידעי-פונקציונלי: מצרכים ושלבים ממוספרים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ציווי ברבים בלשון פנייה מכלילה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שם המספר עם שמות עצם בזכר ובנקבה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שאין אלרגיה לאחד המצרכים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במערוך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חצי 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כדי שמבוגר ישגיח ויעזור בשלבים הקשים ובבטיחות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מוסיפים חלב וחמאה ומערבבים לבצק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בו מצרכים ושלבים ממוספרים שמטרתם להדריך.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בשלב 4 מערבבים חלב וחמאה לבצק, גלגול הכדורים הוא בשלב מאוחר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אם נגלגל כדורים לפני שהכנו בצק, זה לא יצליח.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עם שמות עצם בנקבה משתמשים במספר בלי ה, כמו שלוש.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במתכון אין דמויות ועלילה, יש רשימת מצרכים והוראות.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אלרגיה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ציווי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ציווי ברבים – הפכו להוראה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(גלגלו)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(שטפו)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(קשטו)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(ערבבו)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(פוררו)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המתכון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פוררים את הביסקוויטים במערוך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אבקת קקאו ומערבבים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חלב וחמאה רכה ומקבלים בצק רך ודביק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מגלגלים את הבצק לכדורים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מניחים את הכדורים במקרר לחצי שעה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שם המספר – השלימו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פעלים כמו ערבבו, גלגלו, פוררו, שטפו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כוסות, חמישה כדורים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את הסדר הנכון ושהמתכון יצליח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ההפעלה בפועל בכיתה תוך בדיקת אלרגיות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לקבוצות מתקשות אפשר לתת את כרטיסי השלבים מעורבבים ולבקש לסדר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שם המספר כדאי להדגיש את ההבדל בין זכר לנקבה עם דוגמאות נוספות מהכיתה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כדורי שוקולד בלי אפייה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מתכון לכדורי שוקולד בלי אפייה. נלמד איך בנוי מתכון, נתרגל פעלים בציווי ברבים ונלמד להשתמש נכון במספרים עם שמות עצם.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צריך לבדוק לפני שמתחילים להכין את המתכון?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 מספיק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שאין אלרגיה לאחד המצרכים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שהמטבח נקי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 מבוגר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כפות אבקת קקאו צריך לפי המתכון?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מפוררים את הביסקוויטים?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בסכין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במערוך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במזלג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מחזיקים את הכדורים במקרר?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כתוב במתכון להכין בעזרת מבוגר?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קשה לקרוא את המתכון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שהמבוגר יאכל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שמבוגר ישגיח ויעזור בשלבים הקשים ובבטיחות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אסור לילדים להיכנס למטבח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בשלב 4 במתכון?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מגלגלים כדורים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מוסיפים חלב וחמאה ומערבבים לבצק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שמים במקרר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מפוררים ביסקוויטים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מתכון הוא טקסט מידעי-פונקציונלי שמדריך איך להכין משהו.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4 מגלגלים את הכדורים.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להחליף את סדר השלבים במתכון בלי שזה ישפיע על התוצאה.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'שלוש כפות' נכון כי כף היא מילה בלשון 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במתכון יש דמויות ועלילה כמו בסיפור.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שמתחילים, בודקים שאין __________ לאחד המצרכים.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מפוררים את הביסקוויטים בעזרת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מוסיפים __________ וחמאה רכה ומערבבים בכף.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שמגלגלים את הכדורים, שמים אותם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הפועל 'ערבבו' הוא דוגמה לפועל בלשון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ציווי ברבים – הפכו להוראה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לגלגל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שטפו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לשטוף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קשטו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לקשט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גלגלו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לערבב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פוררו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לפורר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ערבבו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המתכון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אבקת קקאו ומערבבים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חלב וחמאה רכה ומקבלים בצק רך ודביק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מניחים את הכדורים במקרר לחצי שעה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פוררים את הביסקוויטים במערוך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מגלגלים את הבצק לכדורים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שם המספר – השלימו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(2) __________ כוסות קמח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(2) __________ ביסקוויטים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(5) __________ כדורים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(5) __________ כפיות סוכר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(3) __________ כפות אבקת קקאו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פעלים בציווי ברבים מתוך המתכון.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(2) ___ כוסות, (5) ___ כדורים.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שהשלבים במתכון יהיו ממוספרים?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כדורי שוקולד בלי אפייה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