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כדורי שוקולד בלי אפייה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טקסט מידעי-פונקציונלי: מצרכים ושלבים ממוספרים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ברבים בלשון פנייה מכלילה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עם שמות עצם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שאין אלרגיה לאחד המצרכים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במערוך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בו מצרכים ושלבים ממוספרים שמטרתם להדריך.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4 מערבבים חלב וחמאה לבצק, גלגול הכדורים הוא בשלב מאוחר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ציווי ברבים – הפכו להוראה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(גלגלו)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(שטפו)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(ערבבו)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המתכון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פוררים את הביסקוויטים במערוך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אבקת קקאו ומערבבים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חלב וחמאה רכה ומקבלים בצק רך ודביק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מגלגלים את הבצק לכדורים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שם המספר – השלימו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פעלים כמו ערבבו, גלגלו, פוררו, שטפו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כוסות, חמישה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את הסדר הנכון ושהמתכון יצליח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ההפעלה בפועל בכיתה תוך בדיקת אלרגיות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לקבוצות מתקשות אפשר לתת את כרטיסי השלבים מעורבבים ולבקש לסדר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שם המספר כדאי להדגיש את ההבדל בין זכר לנקבה עם דוגמאות נוספות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כדורי שוקולד בלי אפייה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מתכון לכדורי שוקולד בלי אפייה. נלמד איך בנוי מתכון, נתרגל פעלים בציווי ברבים ונלמד להשתמש נכון במספרים עם שמות עצם.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מערוך  ·  שתי  ·  חמישה  ·  חלב  ·  שני  ·  אלרגיה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צריך לבדוק לפני שמתחילים להכין את המתכון?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שיש מספיק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שאין אלרגיה לאחד המצרכים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שהמטבח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כפות אבקת קקאו צריך לפי המתכון?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במה מפוררים את הביסקוויטים?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בסכין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במערוך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מתכון הוא טקסט מידעי-פונקציונלי שמדריך איך להכין 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4 מגלגלים את הכדורים.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שמתחילים, בודקים שאין __________ לאחד המצרכים.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מפוררים את הביסקוויטים בעזרת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מוסיפים __________ וחמאה רכה ומערבבים בכף.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ציווי ברבים – הפכו להוראה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שטפו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ערבבו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לקשט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גלגלו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לערבב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קשטו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המתכון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חלב וחמאה רכה ומקבלים בצק רך ודביק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מגלגלים את הבצק לכדורים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פוררים את הביסקוויטים במערוך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אבקת קקאו ומערבבים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שם המספר – השלימו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(2) __________ כוסות קמח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(2) __________ ביסקוויטים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(5) __________ כדורים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פעלים בציווי ברבים מתוך המתכון.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(2) ___ כוסות, (5) ___ כדורים.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כדורי שוקולד בלי אפייה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